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8429" w14:textId="77777777" w:rsidR="00226921" w:rsidRPr="009E7F2E" w:rsidRDefault="00E42383">
      <w:pPr>
        <w:jc w:val="center"/>
        <w:rPr>
          <w:lang w:val="de-AT"/>
        </w:rPr>
      </w:pPr>
      <w:r w:rsidRPr="009E7F2E">
        <w:rPr>
          <w:b/>
          <w:sz w:val="32"/>
          <w:lang w:val="de-AT"/>
        </w:rPr>
        <w:t>WIDERRUFSFORMULAR</w:t>
      </w:r>
    </w:p>
    <w:p w14:paraId="0B47D60A" w14:textId="77777777" w:rsidR="00226921" w:rsidRPr="009E7F2E" w:rsidRDefault="00E42383">
      <w:pPr>
        <w:jc w:val="center"/>
        <w:rPr>
          <w:lang w:val="de-AT"/>
        </w:rPr>
      </w:pPr>
      <w:r w:rsidRPr="009E7F2E">
        <w:rPr>
          <w:b/>
          <w:sz w:val="24"/>
          <w:lang w:val="de-AT"/>
        </w:rPr>
        <w:t>MAARIF AUSTRIA BIBLIOTHEK</w:t>
      </w:r>
    </w:p>
    <w:p w14:paraId="5DEAF980" w14:textId="77777777" w:rsidR="00226921" w:rsidRPr="009E7F2E" w:rsidRDefault="00226921">
      <w:pPr>
        <w:rPr>
          <w:lang w:val="de-AT"/>
        </w:rPr>
      </w:pPr>
    </w:p>
    <w:p w14:paraId="1A72825D" w14:textId="77777777" w:rsidR="00226921" w:rsidRPr="009E7F2E" w:rsidRDefault="00E42383">
      <w:pPr>
        <w:rPr>
          <w:lang w:val="de-AT"/>
        </w:rPr>
      </w:pPr>
      <w:r w:rsidRPr="009E7F2E">
        <w:rPr>
          <w:lang w:val="de-AT"/>
        </w:rPr>
        <w:t>Wenn Sie den Vertrag über die Jahres-Nutzungsgebühr der MAARIF AUSTRIA BIBLIOTHEK widerrufen wollen, können Sie dieses Formular verwenden und rechtzeitig an uns übermitteln.</w:t>
      </w:r>
    </w:p>
    <w:p w14:paraId="35FFDB9D" w14:textId="77777777" w:rsidR="00226921" w:rsidRPr="009E7F2E" w:rsidRDefault="00226921">
      <w:pPr>
        <w:rPr>
          <w:lang w:val="de-AT"/>
        </w:rPr>
      </w:pPr>
    </w:p>
    <w:p w14:paraId="3398E7DC" w14:textId="77777777" w:rsidR="00226921" w:rsidRPr="009E7F2E" w:rsidRDefault="00E42383">
      <w:pPr>
        <w:rPr>
          <w:lang w:val="de-AT"/>
        </w:rPr>
      </w:pPr>
      <w:r w:rsidRPr="009E7F2E">
        <w:rPr>
          <w:b/>
          <w:lang w:val="de-AT"/>
        </w:rPr>
        <w:t>Widerrufsempfänger</w:t>
      </w:r>
    </w:p>
    <w:p w14:paraId="0C03A3E3" w14:textId="77777777" w:rsidR="00226921" w:rsidRPr="009E7F2E" w:rsidRDefault="00E42383">
      <w:pPr>
        <w:rPr>
          <w:lang w:val="de-AT"/>
        </w:rPr>
      </w:pPr>
      <w:r w:rsidRPr="009E7F2E">
        <w:rPr>
          <w:lang w:val="de-AT"/>
        </w:rPr>
        <w:t>Maarif Eventmanagement GmbH</w:t>
      </w:r>
    </w:p>
    <w:p w14:paraId="02B30174" w14:textId="77777777" w:rsidR="00226921" w:rsidRPr="009E7F2E" w:rsidRDefault="00E42383">
      <w:pPr>
        <w:rPr>
          <w:lang w:val="de-AT"/>
        </w:rPr>
      </w:pPr>
      <w:r w:rsidRPr="009E7F2E">
        <w:rPr>
          <w:lang w:val="de-AT"/>
        </w:rPr>
        <w:t>Kreitnergasse 4–6, 1160 Wien</w:t>
      </w:r>
    </w:p>
    <w:p w14:paraId="284B6548" w14:textId="55E2401C" w:rsidR="00226921" w:rsidRPr="009E7F2E" w:rsidRDefault="00E42383">
      <w:pPr>
        <w:rPr>
          <w:lang w:val="de-AT"/>
        </w:rPr>
      </w:pPr>
      <w:r w:rsidRPr="009E7F2E">
        <w:rPr>
          <w:lang w:val="de-AT"/>
        </w:rPr>
        <w:t xml:space="preserve">E-Mail: </w:t>
      </w:r>
      <w:r w:rsidR="009E7F2E">
        <w:rPr>
          <w:lang w:val="de-AT"/>
        </w:rPr>
        <w:t>events</w:t>
      </w:r>
      <w:r w:rsidRPr="009E7F2E">
        <w:rPr>
          <w:lang w:val="de-AT"/>
        </w:rPr>
        <w:t>@maarif.at</w:t>
      </w:r>
    </w:p>
    <w:p w14:paraId="6F794017" w14:textId="77777777" w:rsidR="00226921" w:rsidRPr="009E7F2E" w:rsidRDefault="00226921">
      <w:pPr>
        <w:rPr>
          <w:lang w:val="de-AT"/>
        </w:rPr>
      </w:pPr>
    </w:p>
    <w:p w14:paraId="199CA765" w14:textId="77777777" w:rsidR="00226921" w:rsidRPr="009E7F2E" w:rsidRDefault="00E42383">
      <w:pPr>
        <w:rPr>
          <w:lang w:val="de-AT"/>
        </w:rPr>
      </w:pPr>
      <w:r w:rsidRPr="009E7F2E">
        <w:rPr>
          <w:lang w:val="de-AT"/>
        </w:rPr>
        <w:t>Hiermit widerrufe ich den von mir abgeschlossenen Vertrag über die Nutzung der MAARIF AUSTRIA BIBLIOTHEK (Jahres-Nutzungsgebühr).</w:t>
      </w:r>
    </w:p>
    <w:p w14:paraId="29CE9CE4" w14:textId="77777777" w:rsidR="00226921" w:rsidRPr="009E7F2E" w:rsidRDefault="00226921">
      <w:pPr>
        <w:rPr>
          <w:lang w:val="de-AT"/>
        </w:rPr>
      </w:pPr>
    </w:p>
    <w:p w14:paraId="7C274CB0" w14:textId="77777777" w:rsidR="009E7F2E" w:rsidRDefault="00E42383">
      <w:pPr>
        <w:rPr>
          <w:b/>
          <w:lang w:val="de-AT"/>
        </w:rPr>
      </w:pPr>
      <w:r w:rsidRPr="009E7F2E">
        <w:rPr>
          <w:b/>
          <w:lang w:val="de-AT"/>
        </w:rPr>
        <w:t xml:space="preserve">Vorname und Nachname: </w:t>
      </w:r>
    </w:p>
    <w:p w14:paraId="7665B070" w14:textId="1B1B2A02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_________________________________________________________________</w:t>
      </w:r>
    </w:p>
    <w:p w14:paraId="03D5D48C" w14:textId="77777777" w:rsidR="009E7F2E" w:rsidRDefault="00E42383">
      <w:pPr>
        <w:rPr>
          <w:b/>
          <w:lang w:val="de-AT"/>
        </w:rPr>
      </w:pPr>
      <w:r w:rsidRPr="009E7F2E">
        <w:rPr>
          <w:b/>
          <w:lang w:val="de-AT"/>
        </w:rPr>
        <w:t>Anschrift:</w:t>
      </w:r>
    </w:p>
    <w:p w14:paraId="362EC22F" w14:textId="3D47C2BF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_________________________________________________________________</w:t>
      </w:r>
    </w:p>
    <w:p w14:paraId="742FA673" w14:textId="77777777" w:rsidR="009E7F2E" w:rsidRDefault="00E42383">
      <w:pPr>
        <w:rPr>
          <w:b/>
          <w:lang w:val="de-AT"/>
        </w:rPr>
      </w:pPr>
      <w:r w:rsidRPr="009E7F2E">
        <w:rPr>
          <w:b/>
          <w:lang w:val="de-AT"/>
        </w:rPr>
        <w:t xml:space="preserve">E-Mail-Adresse: </w:t>
      </w:r>
    </w:p>
    <w:p w14:paraId="3ADC448A" w14:textId="0506E298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_________________________________________________________________</w:t>
      </w:r>
    </w:p>
    <w:p w14:paraId="31F5BECB" w14:textId="77777777" w:rsidR="009E7F2E" w:rsidRDefault="00E42383">
      <w:pPr>
        <w:rPr>
          <w:b/>
          <w:lang w:val="de-AT"/>
        </w:rPr>
      </w:pPr>
      <w:r w:rsidRPr="009E7F2E">
        <w:rPr>
          <w:b/>
          <w:lang w:val="de-AT"/>
        </w:rPr>
        <w:t xml:space="preserve">Ansuchen-Nr. / Antragsnummer: </w:t>
      </w:r>
    </w:p>
    <w:p w14:paraId="2F3E3634" w14:textId="631183AF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_________________________________________________________________</w:t>
      </w:r>
    </w:p>
    <w:p w14:paraId="506E1E5C" w14:textId="77777777" w:rsidR="009E7F2E" w:rsidRDefault="00E42383">
      <w:pPr>
        <w:rPr>
          <w:b/>
          <w:lang w:val="de-AT"/>
        </w:rPr>
      </w:pPr>
      <w:r w:rsidRPr="009E7F2E">
        <w:rPr>
          <w:b/>
          <w:lang w:val="de-AT"/>
        </w:rPr>
        <w:t xml:space="preserve">Datum des Vertragsabschlusses / der Buchung: </w:t>
      </w:r>
    </w:p>
    <w:p w14:paraId="00B23B17" w14:textId="3BA55301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_________________________________________________________________</w:t>
      </w:r>
    </w:p>
    <w:p w14:paraId="3E99E99B" w14:textId="77777777" w:rsidR="009E7F2E" w:rsidRDefault="00E42383">
      <w:pPr>
        <w:rPr>
          <w:b/>
          <w:lang w:val="de-AT"/>
        </w:rPr>
      </w:pPr>
      <w:r w:rsidRPr="009E7F2E">
        <w:rPr>
          <w:b/>
          <w:lang w:val="de-AT"/>
        </w:rPr>
        <w:t xml:space="preserve">Datum der Zahlung: </w:t>
      </w:r>
    </w:p>
    <w:p w14:paraId="50919ECC" w14:textId="2B8F96D3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_________________________________________________________________</w:t>
      </w:r>
    </w:p>
    <w:p w14:paraId="7D85CFD9" w14:textId="77777777" w:rsidR="00226921" w:rsidRPr="009E7F2E" w:rsidRDefault="00226921">
      <w:pPr>
        <w:rPr>
          <w:lang w:val="de-AT"/>
        </w:rPr>
      </w:pPr>
    </w:p>
    <w:p w14:paraId="6E64F69B" w14:textId="77777777" w:rsidR="009E7F2E" w:rsidRDefault="00E42383">
      <w:pPr>
        <w:rPr>
          <w:lang w:val="de-AT"/>
        </w:rPr>
      </w:pPr>
      <w:r w:rsidRPr="009E7F2E">
        <w:rPr>
          <w:b/>
          <w:lang w:val="de-AT"/>
        </w:rPr>
        <w:lastRenderedPageBreak/>
        <w:t xml:space="preserve">Optional: </w:t>
      </w:r>
      <w:r w:rsidRPr="009E7F2E">
        <w:rPr>
          <w:lang w:val="de-AT"/>
        </w:rPr>
        <w:t xml:space="preserve">Mitglieds-/Nutzungskartennummer: </w:t>
      </w:r>
    </w:p>
    <w:p w14:paraId="1183B80A" w14:textId="31A3A7B1" w:rsidR="00226921" w:rsidRPr="009E7F2E" w:rsidRDefault="00E42383">
      <w:pPr>
        <w:rPr>
          <w:lang w:val="de-AT"/>
        </w:rPr>
      </w:pPr>
      <w:r w:rsidRPr="009E7F2E">
        <w:rPr>
          <w:lang w:val="de-AT"/>
        </w:rPr>
        <w:t>_____________________________________________</w:t>
      </w:r>
    </w:p>
    <w:p w14:paraId="05380305" w14:textId="77777777" w:rsidR="00226921" w:rsidRPr="009E7F2E" w:rsidRDefault="00226921">
      <w:pPr>
        <w:rPr>
          <w:lang w:val="de-AT"/>
        </w:rPr>
      </w:pPr>
    </w:p>
    <w:p w14:paraId="50D890CF" w14:textId="77777777" w:rsidR="00226921" w:rsidRPr="009E7F2E" w:rsidRDefault="00226921">
      <w:pPr>
        <w:rPr>
          <w:lang w:val="de-AT"/>
        </w:rPr>
      </w:pPr>
    </w:p>
    <w:p w14:paraId="4A3CB471" w14:textId="77777777" w:rsidR="009E7F2E" w:rsidRDefault="00E42383">
      <w:pPr>
        <w:rPr>
          <w:lang w:val="de-AT"/>
        </w:rPr>
      </w:pPr>
      <w:r w:rsidRPr="009E7F2E">
        <w:rPr>
          <w:b/>
          <w:lang w:val="de-AT"/>
        </w:rPr>
        <w:t xml:space="preserve">Ort, Datum: </w:t>
      </w:r>
      <w:r w:rsidRPr="009E7F2E">
        <w:rPr>
          <w:lang w:val="de-AT"/>
        </w:rPr>
        <w:t>______________________________</w:t>
      </w:r>
    </w:p>
    <w:p w14:paraId="45161155" w14:textId="77777777" w:rsidR="009E7F2E" w:rsidRDefault="009E7F2E">
      <w:pPr>
        <w:rPr>
          <w:lang w:val="de-AT"/>
        </w:rPr>
      </w:pPr>
    </w:p>
    <w:p w14:paraId="755F151F" w14:textId="77777777" w:rsidR="009E7F2E" w:rsidRDefault="009E7F2E">
      <w:pPr>
        <w:rPr>
          <w:lang w:val="de-AT"/>
        </w:rPr>
      </w:pPr>
    </w:p>
    <w:p w14:paraId="1F3845AB" w14:textId="7AA3B4E1" w:rsidR="00226921" w:rsidRPr="009E7F2E" w:rsidRDefault="00E42383">
      <w:pPr>
        <w:rPr>
          <w:lang w:val="de-AT"/>
        </w:rPr>
      </w:pPr>
      <w:r w:rsidRPr="009E7F2E">
        <w:rPr>
          <w:b/>
          <w:lang w:val="de-AT"/>
        </w:rPr>
        <w:t xml:space="preserve">Unterschrift: </w:t>
      </w:r>
      <w:r w:rsidRPr="009E7F2E">
        <w:rPr>
          <w:lang w:val="de-AT"/>
        </w:rPr>
        <w:t>______________________________</w:t>
      </w:r>
    </w:p>
    <w:p w14:paraId="4CD57D3F" w14:textId="77777777" w:rsidR="00226921" w:rsidRPr="009E7F2E" w:rsidRDefault="00226921">
      <w:pPr>
        <w:rPr>
          <w:lang w:val="de-AT"/>
        </w:rPr>
      </w:pPr>
    </w:p>
    <w:p w14:paraId="3532C8B5" w14:textId="77777777" w:rsidR="00226921" w:rsidRPr="009E7F2E" w:rsidRDefault="00E42383">
      <w:pPr>
        <w:rPr>
          <w:lang w:val="de-AT"/>
        </w:rPr>
      </w:pPr>
      <w:r w:rsidRPr="009E7F2E">
        <w:rPr>
          <w:b/>
          <w:lang w:val="de-AT"/>
        </w:rPr>
        <w:t xml:space="preserve">Hinweis: </w:t>
      </w:r>
      <w:r w:rsidRPr="009E7F2E">
        <w:rPr>
          <w:lang w:val="de-AT"/>
        </w:rPr>
        <w:t>Bei einem Widerruf werden die in den Allgemeinen Geschäftsbedingungen und den gesetzlichen Bestimmungen vorgesehenen Folgen berücksichtigt. Dieses Formular ist nicht zwingend erforderlich; der Widerruf kann auch in anderer eindeutiger Form erklärt werden.</w:t>
      </w:r>
    </w:p>
    <w:p w14:paraId="784A9407" w14:textId="77777777" w:rsidR="00226921" w:rsidRPr="009E7F2E" w:rsidRDefault="00226921">
      <w:pPr>
        <w:rPr>
          <w:lang w:val="de-AT"/>
        </w:rPr>
      </w:pPr>
    </w:p>
    <w:p w14:paraId="601DCD4C" w14:textId="77777777" w:rsidR="00226921" w:rsidRPr="009E7F2E" w:rsidRDefault="00E42383">
      <w:pPr>
        <w:rPr>
          <w:lang w:val="de-AT"/>
        </w:rPr>
      </w:pPr>
      <w:r w:rsidRPr="009E7F2E">
        <w:rPr>
          <w:b/>
          <w:lang w:val="de-AT"/>
        </w:rPr>
        <w:t xml:space="preserve">Betreiberin der Bibliothek: </w:t>
      </w:r>
      <w:r w:rsidRPr="009E7F2E">
        <w:rPr>
          <w:lang w:val="de-AT"/>
        </w:rPr>
        <w:t>Maarif Eventmanagement GmbH, Kreitnergasse 4–6, 1160 Wien</w:t>
      </w:r>
    </w:p>
    <w:sectPr w:rsidR="00226921" w:rsidRPr="009E7F2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5166750">
    <w:abstractNumId w:val="8"/>
  </w:num>
  <w:num w:numId="2" w16cid:durableId="263152386">
    <w:abstractNumId w:val="6"/>
  </w:num>
  <w:num w:numId="3" w16cid:durableId="130371282">
    <w:abstractNumId w:val="5"/>
  </w:num>
  <w:num w:numId="4" w16cid:durableId="1539707098">
    <w:abstractNumId w:val="4"/>
  </w:num>
  <w:num w:numId="5" w16cid:durableId="723871219">
    <w:abstractNumId w:val="7"/>
  </w:num>
  <w:num w:numId="6" w16cid:durableId="1583488095">
    <w:abstractNumId w:val="3"/>
  </w:num>
  <w:num w:numId="7" w16cid:durableId="471293860">
    <w:abstractNumId w:val="2"/>
  </w:num>
  <w:num w:numId="8" w16cid:durableId="2113237257">
    <w:abstractNumId w:val="1"/>
  </w:num>
  <w:num w:numId="9" w16cid:durableId="55053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921"/>
    <w:rsid w:val="0029639D"/>
    <w:rsid w:val="00326F90"/>
    <w:rsid w:val="009E7F2E"/>
    <w:rsid w:val="00AA1D8D"/>
    <w:rsid w:val="00B47730"/>
    <w:rsid w:val="00C918D8"/>
    <w:rsid w:val="00CB0664"/>
    <w:rsid w:val="00E42383"/>
    <w:rsid w:val="00F44D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D254B"/>
  <w14:defaultImageDpi w14:val="300"/>
  <w15:docId w15:val="{6E46AF02-0A1C-E540-8EF1-F5D90446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Recep Belen</cp:lastModifiedBy>
  <cp:revision>3</cp:revision>
  <dcterms:created xsi:type="dcterms:W3CDTF">2026-09-16T14:02:00Z</dcterms:created>
  <dcterms:modified xsi:type="dcterms:W3CDTF">2026-09-16T14:57:00Z</dcterms:modified>
  <cp:category/>
</cp:coreProperties>
</file>